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EventSuite — Event Email and Message Copy Kit</w:t>
      </w:r>
    </w:p>
    <w:p>
      <w:pPr>
        <w:jc w:val="center"/>
      </w:pPr>
      <w:r>
        <w:t>Ready-to-adapt attendee communications across the event journey.</w:t>
      </w:r>
    </w:p>
    <w:p/>
    <w:p>
      <w:pPr>
        <w:pStyle w:val="Heading1"/>
      </w:pPr>
      <w:r>
        <w:t>How to use this kit</w:t>
      </w:r>
    </w:p>
    <w:p>
      <w:r>
        <w:t>Replace bracketed placeholders with verified event facts. Keep operational details consistent with the event website, ticketing configuration and command-centre source of truth. Have safety, legal and policy messages approved by the appropriate owner before use.</w:t>
      </w:r>
    </w:p>
    <w:p>
      <w:pPr>
        <w:pStyle w:val="Heading1"/>
      </w:pPr>
      <w:r>
        <w:t>Registration confirmation</w:t>
      </w:r>
    </w:p>
    <w:p>
      <w:r>
        <w:t>Channel: Email</w:t>
      </w:r>
    </w:p>
    <w:p>
      <w:r>
        <w:t>Suggested subject: Your registration for [EVENT NAME] is confirmed</w:t>
      </w:r>
    </w:p>
    <w:p>
      <w:r>
        <w:t>Hello [FIRST NAME],</w:t>
        <w:br/>
        <w:br/>
        <w:t>You are confirmed for [EVENT NAME] on [DATE] at [VENUE]. Your [ticket/registration reference] is [REFERENCE].</w:t>
        <w:br/>
        <w:br/>
        <w:t>Keep this message and use the link below to access your ticket and event information:</w:t>
        <w:br/>
        <w:t>[LINK]</w:t>
        <w:br/>
        <w:br/>
        <w:t>Key details:</w:t>
        <w:br/>
        <w:t>• Doors / registration opens: [TIME]</w:t>
        <w:br/>
        <w:t>• Venue: [ADDRESS]</w:t>
        <w:br/>
        <w:t>• Accessibility support: [CONTACT]</w:t>
        <w:br/>
        <w:t>• Event policies: [LINK]</w:t>
        <w:br/>
        <w:br/>
        <w:t>We look forward to welcoming you.</w:t>
        <w:br/>
        <w:br/>
        <w:t>[EVENT TEAM]</w:t>
      </w:r>
    </w:p>
    <w:p>
      <w:pPr>
        <w:pStyle w:val="Heading1"/>
      </w:pPr>
      <w:r>
        <w:t>Payment confirmation</w:t>
      </w:r>
    </w:p>
    <w:p>
      <w:r>
        <w:t>Channel: Email</w:t>
      </w:r>
    </w:p>
    <w:p>
      <w:r>
        <w:t>Suggested subject: Payment received for [EVENT NAME]</w:t>
      </w:r>
    </w:p>
    <w:p>
      <w:r>
        <w:t>Hello [FIRST NAME],</w:t>
        <w:br/>
        <w:br/>
        <w:t>We have received your payment of [AMOUNT] for [ORDER SUMMARY]. Your order reference is [REFERENCE].</w:t>
        <w:br/>
        <w:br/>
        <w:t>Download or access your ticket here: [LINK]</w:t>
        <w:br/>
        <w:br/>
        <w:t>For billing or ticket support, contact [SUPPORT CONTACT].</w:t>
      </w:r>
    </w:p>
    <w:p>
      <w:pPr>
        <w:pStyle w:val="Heading1"/>
      </w:pPr>
      <w:r>
        <w:t>Pre-event practical information</w:t>
      </w:r>
    </w:p>
    <w:p>
      <w:r>
        <w:t>Channel: Email</w:t>
      </w:r>
    </w:p>
    <w:p>
      <w:r>
        <w:t>Suggested subject: Everything you need for [EVENT NAME]</w:t>
      </w:r>
    </w:p>
    <w:p>
      <w:r>
        <w:t>[EVENT NAME] is almost here. Please review the information below before travelling:</w:t>
        <w:br/>
        <w:br/>
        <w:t>• Date and time: [DETAILS]</w:t>
        <w:br/>
        <w:t>• Venue and entrance: [DETAILS]</w:t>
        <w:br/>
        <w:t>• Travel and parking: [LINK]</w:t>
        <w:br/>
        <w:t>• Accessibility: [LINK]</w:t>
        <w:br/>
        <w:t>• Programme: [LINK]</w:t>
        <w:br/>
        <w:t>• What to bring / prohibited items: [LINK]</w:t>
        <w:br/>
        <w:t>• Support: [CONTACT]</w:t>
        <w:br/>
        <w:br/>
        <w:t>Please use the official event page for the latest information: [LINK]</w:t>
      </w:r>
    </w:p>
    <w:p>
      <w:pPr>
        <w:pStyle w:val="Heading1"/>
      </w:pPr>
      <w:r>
        <w:t>Price rise reminder</w:t>
      </w:r>
    </w:p>
    <w:p>
      <w:r>
        <w:t>Channel: Email / social</w:t>
      </w:r>
    </w:p>
    <w:p>
      <w:r>
        <w:t>Suggested subject: Ticket prices change on [DATE]</w:t>
      </w:r>
    </w:p>
    <w:p>
      <w:r>
        <w:t>Prices for [EVENT NAME] increase on [DATE/TIME]. Secure your ticket before the next pricing phase begins: [LINK]</w:t>
        <w:br/>
        <w:br/>
        <w:t>Availability is subject to the live ticket inventory shown at checkout.</w:t>
      </w:r>
    </w:p>
    <w:p>
      <w:pPr>
        <w:pStyle w:val="Heading1"/>
      </w:pPr>
      <w:r>
        <w:t>Delayed doors</w:t>
      </w:r>
    </w:p>
    <w:p>
      <w:r>
        <w:t>Channel: SMS / WhatsApp</w:t>
      </w:r>
    </w:p>
    <w:p>
      <w:r>
        <w:t>[EVENT NAME]: Entry is temporarily delayed. Please remain in the designated waiting area and follow staff instructions. Next update by [TIME]. Official updates: [LINK]</w:t>
      </w:r>
    </w:p>
    <w:p>
      <w:pPr>
        <w:pStyle w:val="Heading1"/>
      </w:pPr>
      <w:r>
        <w:t>Severe weather holding message</w:t>
      </w:r>
    </w:p>
    <w:p>
      <w:r>
        <w:t>Channel: SMS / WhatsApp</w:t>
      </w:r>
    </w:p>
    <w:p>
      <w:r>
        <w:t>[EVENT NAME]: We are monitoring severe weather. Please [ACTION]. Do not travel / leave your current safe location until advised. Next update by [TIME]. [LINK]</w:t>
      </w:r>
    </w:p>
    <w:p>
      <w:pPr>
        <w:pStyle w:val="Heading1"/>
      </w:pPr>
      <w:r>
        <w:t>Event postponement</w:t>
      </w:r>
    </w:p>
    <w:p>
      <w:r>
        <w:t>Channel: Email</w:t>
      </w:r>
    </w:p>
    <w:p>
      <w:r>
        <w:t>Suggested subject: Important update: [EVENT NAME] has been postponed</w:t>
      </w:r>
    </w:p>
    <w:p>
      <w:r>
        <w:t>[EVENT NAME], scheduled for [ORIGINAL DATE], has been postponed due to [APPROVED REASON].</w:t>
        <w:br/>
        <w:br/>
        <w:t>Your existing ticket remains valid while we confirm the revised arrangements. We will contact you by [DATE/TIME] with the new date and available options.</w:t>
        <w:br/>
        <w:br/>
        <w:t>Please use [OFFICIAL LINK] for verified updates and avoid relying on unofficial posts.</w:t>
      </w:r>
    </w:p>
    <w:p>
      <w:pPr>
        <w:pStyle w:val="Heading1"/>
      </w:pPr>
      <w:r>
        <w:t>Event cancellation</w:t>
      </w:r>
    </w:p>
    <w:p>
      <w:r>
        <w:t>Channel: Email</w:t>
      </w:r>
    </w:p>
    <w:p>
      <w:r>
        <w:t>Suggested subject: Important update: [EVENT NAME] has been cancelled</w:t>
      </w:r>
    </w:p>
    <w:p>
      <w:r>
        <w:t>We are sorry to confirm that [EVENT NAME] on [DATE] has been cancelled.</w:t>
        <w:br/>
        <w:br/>
        <w:t>[REFUND / CREDIT / TRANSFER PROCESS]</w:t>
        <w:br/>
        <w:br/>
        <w:t>You do not need to contact us unless [EXCEPTION]. Updates will be published at [LINK]. We apologise for the disappointment and inconvenience.</w:t>
      </w:r>
    </w:p>
    <w:p>
      <w:pPr>
        <w:pStyle w:val="Heading1"/>
      </w:pPr>
      <w:r>
        <w:t>Post-event thank you</w:t>
      </w:r>
    </w:p>
    <w:p>
      <w:r>
        <w:t>Channel: Email</w:t>
      </w:r>
    </w:p>
    <w:p>
      <w:r>
        <w:t>Suggested subject: Thank you for joining [EVENT NAME]</w:t>
      </w:r>
    </w:p>
    <w:p>
      <w:r>
        <w:t>Thank you for being part of [EVENT NAME]. We would value your feedback in this short survey: [LINK]</w:t>
        <w:br/>
        <w:br/>
        <w:t>[Content / photos / certificates / next event details]</w:t>
        <w:br/>
        <w:br/>
        <w:t>Your feedback will help us improve future events.</w:t>
      </w:r>
    </w:p>
    <w:p>
      <w:pPr>
        <w:pStyle w:val="Heading1"/>
      </w:pPr>
      <w:r>
        <w:t>Survey invitation</w:t>
      </w:r>
    </w:p>
    <w:p>
      <w:r>
        <w:t>Channel: Email / SMS</w:t>
      </w:r>
    </w:p>
    <w:p>
      <w:r>
        <w:t>Suggested subject: Tell us about your experience</w:t>
      </w:r>
    </w:p>
    <w:p>
      <w:r>
        <w:t>Please share your experience of [EVENT NAME]. The survey takes approximately [MINUTES] minutes and closes on [DATE]: [LINK]</w:t>
        <w:br/>
        <w:br/>
        <w:t>[PRIVACY / INCENTIVE WORDING]</w:t>
      </w:r>
    </w:p>
    <w:p>
      <w:pPr>
        <w:pStyle w:val="Heading1"/>
      </w:pPr>
      <w:r>
        <w:t>Approval checklist</w:t>
      </w:r>
    </w:p>
    <w:p>
      <w:r>
        <w:t>☐ Dates, times, venue and URLs verified</w:t>
      </w:r>
    </w:p>
    <w:p>
      <w:r>
        <w:t>☐ Policy wording approved</w:t>
      </w:r>
    </w:p>
    <w:p>
      <w:r>
        <w:t>☐ Accessibility information included</w:t>
      </w:r>
    </w:p>
    <w:p>
      <w:r>
        <w:t>☐ Language and translation reviewed</w:t>
      </w:r>
    </w:p>
    <w:p>
      <w:r>
        <w:t>☐ Tracking links tested</w:t>
      </w:r>
    </w:p>
    <w:p>
      <w:r>
        <w:t>☐ Unsubscribe / consent wording included where required</w:t>
      </w:r>
    </w:p>
    <w:p>
      <w:r>
        <w:t>☐ Contingency owner and activation trigger confirmed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